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A13BA" w14:textId="77777777" w:rsidR="00032867" w:rsidRDefault="00032867" w:rsidP="006F3D9D">
      <w:pPr>
        <w:rPr>
          <w:rFonts w:ascii="Times New Roman" w:hAnsi="Times New Roman" w:cs="Times New Roman"/>
        </w:rPr>
      </w:pPr>
    </w:p>
    <w:p w14:paraId="2D573719" w14:textId="07416FC5" w:rsidR="008620AE" w:rsidRPr="00A6079B" w:rsidRDefault="00000000" w:rsidP="0003286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079B">
        <w:rPr>
          <w:rFonts w:ascii="Times New Roman" w:hAnsi="Times New Roman" w:cs="Times New Roman"/>
        </w:rPr>
        <w:t xml:space="preserve">Title: </w:t>
      </w:r>
      <w:r w:rsidR="006F3781" w:rsidRPr="006F3781">
        <w:rPr>
          <w:rFonts w:ascii="Times New Roman" w:hAnsi="Times New Roman" w:cs="Times New Roman"/>
          <w:b/>
          <w:bCs/>
          <w:sz w:val="28"/>
          <w:szCs w:val="28"/>
        </w:rPr>
        <w:t>Insert abstract title here</w:t>
      </w:r>
    </w:p>
    <w:p w14:paraId="0DE9ADCC" w14:textId="58BD1298" w:rsidR="006F3781" w:rsidRPr="006F3781" w:rsidRDefault="00032867" w:rsidP="006F3D9D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7D69B6" wp14:editId="19482D8C">
            <wp:simplePos x="0" y="0"/>
            <wp:positionH relativeFrom="margin">
              <wp:posOffset>4638675</wp:posOffset>
            </wp:positionH>
            <wp:positionV relativeFrom="paragraph">
              <wp:posOffset>9525</wp:posOffset>
            </wp:positionV>
            <wp:extent cx="1019175" cy="1019175"/>
            <wp:effectExtent l="0" t="0" r="9525" b="9525"/>
            <wp:wrapTight wrapText="bothSides">
              <wp:wrapPolygon edited="0">
                <wp:start x="0" y="0"/>
                <wp:lineTo x="0" y="21398"/>
                <wp:lineTo x="21398" y="21398"/>
                <wp:lineTo x="21398" y="0"/>
                <wp:lineTo x="0" y="0"/>
              </wp:wrapPolygon>
            </wp:wrapTight>
            <wp:docPr id="1318513810" name="Picture 3" descr="Profile Placeholder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file Placeholder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A6079B">
        <w:rPr>
          <w:rFonts w:ascii="Times New Roman" w:hAnsi="Times New Roman" w:cs="Times New Roman"/>
          <w:b/>
          <w:bCs/>
        </w:rPr>
        <w:t>Authors: John Doe¹, Jane Smith²</w:t>
      </w:r>
    </w:p>
    <w:p w14:paraId="6D27530B" w14:textId="74697CE7" w:rsidR="008620AE" w:rsidRPr="00A6079B" w:rsidRDefault="00000000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Affiliations:</w:t>
      </w:r>
      <w:r w:rsidRPr="00A6079B">
        <w:rPr>
          <w:rFonts w:ascii="Times New Roman" w:hAnsi="Times New Roman" w:cs="Times New Roman"/>
        </w:rPr>
        <w:br/>
        <w:t>¹Department of Nanotechnology, University of Science, USA</w:t>
      </w:r>
      <w:r w:rsidRPr="00A6079B">
        <w:rPr>
          <w:rFonts w:ascii="Times New Roman" w:hAnsi="Times New Roman" w:cs="Times New Roman"/>
        </w:rPr>
        <w:br/>
        <w:t>²Department of Oncology, Health Institute, UK</w:t>
      </w:r>
    </w:p>
    <w:p w14:paraId="18A9AE55" w14:textId="77777777" w:rsidR="008620AE" w:rsidRPr="00A6079B" w:rsidRDefault="00000000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Presenting Author Email: johndoe@example.com</w:t>
      </w:r>
    </w:p>
    <w:p w14:paraId="0C3F77BA" w14:textId="77777777" w:rsidR="00A6079B" w:rsidRPr="00A6079B" w:rsidRDefault="006F3D9D" w:rsidP="00A6079B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Abstract:</w:t>
      </w:r>
      <w:r w:rsidRPr="00A6079B">
        <w:rPr>
          <w:rFonts w:ascii="Times New Roman" w:hAnsi="Times New Roman" w:cs="Times New Roman"/>
        </w:rPr>
        <w:br/>
      </w:r>
      <w:r w:rsidR="00A6079B" w:rsidRPr="00A6079B">
        <w:rPr>
          <w:rFonts w:ascii="Times New Roman" w:hAnsi="Times New Roman" w:cs="Times New Roman"/>
        </w:rPr>
        <w:t>Maximum 300 words, structured under Background, Methods, Results, and Conclusion.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>Keywords:</w:t>
      </w:r>
      <w:r w:rsidRPr="00A6079B">
        <w:rPr>
          <w:rFonts w:ascii="Times New Roman" w:hAnsi="Times New Roman" w:cs="Times New Roman"/>
        </w:rPr>
        <w:br/>
        <w:t>[Up to 5 keywords separated by commas]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>Biography of Author:</w:t>
      </w:r>
    </w:p>
    <w:p w14:paraId="6991699A" w14:textId="69A34753" w:rsidR="00A6079B" w:rsidRPr="00A6079B" w:rsidRDefault="00A6079B" w:rsidP="00A6079B">
      <w:pPr>
        <w:tabs>
          <w:tab w:val="num" w:pos="720"/>
        </w:tabs>
        <w:rPr>
          <w:rFonts w:ascii="Times New Roman" w:hAnsi="Times New Roman" w:cs="Times New Roman"/>
          <w:i/>
          <w:iCs/>
          <w:lang w:val="en-IN"/>
        </w:rPr>
      </w:pPr>
      <w:r w:rsidRPr="00A6079B">
        <w:rPr>
          <w:rFonts w:ascii="Times New Roman" w:hAnsi="Times New Roman" w:cs="Times New Roman"/>
          <w:i/>
          <w:iCs/>
          <w:lang w:val="en-IN"/>
        </w:rPr>
        <w:tab/>
        <w:t>Include (100–150 words):</w:t>
      </w:r>
    </w:p>
    <w:p w14:paraId="4761B63F" w14:textId="5A9D8F5B" w:rsidR="00A6079B" w:rsidRPr="00A6079B" w:rsidRDefault="00A6079B" w:rsidP="00A6079B">
      <w:pPr>
        <w:pStyle w:val="ListParagraph"/>
        <w:numPr>
          <w:ilvl w:val="0"/>
          <w:numId w:val="11"/>
        </w:numPr>
        <w:tabs>
          <w:tab w:val="num" w:pos="720"/>
        </w:tabs>
        <w:rPr>
          <w:rFonts w:ascii="Times New Roman" w:hAnsi="Times New Roman" w:cs="Times New Roman"/>
          <w:i/>
          <w:iCs/>
          <w:lang w:val="en-IN"/>
        </w:rPr>
      </w:pPr>
      <w:r w:rsidRPr="00A6079B">
        <w:rPr>
          <w:rFonts w:ascii="Times New Roman" w:hAnsi="Times New Roman" w:cs="Times New Roman"/>
          <w:lang w:val="en-IN"/>
        </w:rPr>
        <w:t>Academic background</w:t>
      </w:r>
    </w:p>
    <w:p w14:paraId="43115559" w14:textId="77777777" w:rsidR="00A6079B" w:rsidRPr="00A6079B" w:rsidRDefault="00A6079B" w:rsidP="00A6079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en-IN"/>
        </w:rPr>
      </w:pPr>
      <w:r w:rsidRPr="00A6079B">
        <w:rPr>
          <w:rFonts w:ascii="Times New Roman" w:hAnsi="Times New Roman" w:cs="Times New Roman"/>
          <w:lang w:val="en-IN"/>
        </w:rPr>
        <w:t>Current role</w:t>
      </w:r>
    </w:p>
    <w:p w14:paraId="47F6AA71" w14:textId="77777777" w:rsidR="00A6079B" w:rsidRPr="00A6079B" w:rsidRDefault="00A6079B" w:rsidP="00A6079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en-IN"/>
        </w:rPr>
      </w:pPr>
      <w:r w:rsidRPr="00A6079B">
        <w:rPr>
          <w:rFonts w:ascii="Times New Roman" w:hAnsi="Times New Roman" w:cs="Times New Roman"/>
          <w:lang w:val="en-IN"/>
        </w:rPr>
        <w:t>Research interests</w:t>
      </w:r>
    </w:p>
    <w:p w14:paraId="1CC8BAE4" w14:textId="5FA705D8" w:rsidR="006F3D9D" w:rsidRPr="00A6079B" w:rsidRDefault="006F3D9D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Contact Details:</w:t>
      </w:r>
      <w:r w:rsidRPr="00A6079B">
        <w:rPr>
          <w:rFonts w:ascii="Times New Roman" w:hAnsi="Times New Roman" w:cs="Times New Roman"/>
        </w:rPr>
        <w:br/>
        <w:t>Email(s):</w:t>
      </w:r>
      <w:r w:rsidR="00A6079B" w:rsidRPr="00A6079B">
        <w:rPr>
          <w:rFonts w:ascii="Times New Roman" w:hAnsi="Times New Roman" w:cs="Times New Roman"/>
        </w:rPr>
        <w:t xml:space="preserve"> Institutional Email preferred</w:t>
      </w:r>
      <w:r w:rsidRPr="00A6079B">
        <w:rPr>
          <w:rFonts w:ascii="Times New Roman" w:hAnsi="Times New Roman" w:cs="Times New Roman"/>
        </w:rPr>
        <w:br/>
        <w:t>Phone: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 xml:space="preserve">Note: </w:t>
      </w:r>
      <w:r w:rsidRPr="00A6079B">
        <w:rPr>
          <w:rFonts w:ascii="Times New Roman" w:hAnsi="Times New Roman" w:cs="Times New Roman"/>
          <w:b/>
          <w:bCs/>
        </w:rPr>
        <w:t>Corresponding Author:</w:t>
      </w:r>
      <w:r w:rsidRPr="00A6079B">
        <w:rPr>
          <w:rFonts w:ascii="Times New Roman" w:hAnsi="Times New Roman" w:cs="Times New Roman"/>
        </w:rPr>
        <w:t xml:space="preserve"> (mark with *)</w:t>
      </w:r>
    </w:p>
    <w:sectPr w:rsidR="006F3D9D" w:rsidRPr="00A6079B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4D7B7" w14:textId="77777777" w:rsidR="00CD1A2D" w:rsidRDefault="00CD1A2D" w:rsidP="006F3D9D">
      <w:pPr>
        <w:spacing w:after="0" w:line="240" w:lineRule="auto"/>
      </w:pPr>
      <w:r>
        <w:separator/>
      </w:r>
    </w:p>
  </w:endnote>
  <w:endnote w:type="continuationSeparator" w:id="0">
    <w:p w14:paraId="6D645AB7" w14:textId="77777777" w:rsidR="00CD1A2D" w:rsidRDefault="00CD1A2D" w:rsidP="006F3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D886C" w14:textId="6F68D7CB" w:rsidR="006F3D9D" w:rsidRPr="00A6079B" w:rsidRDefault="00A6079B" w:rsidP="00A6079B">
    <w:pPr>
      <w:pStyle w:val="Footer"/>
      <w:rPr>
        <w:rFonts w:ascii="Times New Roman" w:hAnsi="Times New Roman" w:cs="Times New Roman"/>
        <w:b/>
        <w:bCs/>
      </w:rPr>
    </w:pPr>
    <w:r w:rsidRPr="00A6079B">
      <w:rPr>
        <w:rFonts w:ascii="Times New Roman" w:hAnsi="Times New Roman" w:cs="Times New Roman"/>
        <w:b/>
        <w:bCs/>
      </w:rPr>
      <w:t>This abstract template is exclusively for submissions to GSCA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43603" w14:textId="77777777" w:rsidR="00CD1A2D" w:rsidRDefault="00CD1A2D" w:rsidP="006F3D9D">
      <w:pPr>
        <w:spacing w:after="0" w:line="240" w:lineRule="auto"/>
      </w:pPr>
      <w:r>
        <w:separator/>
      </w:r>
    </w:p>
  </w:footnote>
  <w:footnote w:type="continuationSeparator" w:id="0">
    <w:p w14:paraId="56305CFA" w14:textId="77777777" w:rsidR="00CD1A2D" w:rsidRDefault="00CD1A2D" w:rsidP="006F3D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99853" w14:textId="4E22E3FA" w:rsidR="006F3D9D" w:rsidRDefault="006F3D9D">
    <w:pPr>
      <w:pStyle w:val="Header"/>
    </w:pPr>
    <w:r>
      <w:rPr>
        <w:noProof/>
      </w:rPr>
      <w:drawing>
        <wp:inline distT="0" distB="0" distL="0" distR="0" wp14:anchorId="352D7FC5" wp14:editId="53269054">
          <wp:extent cx="5638800" cy="1457325"/>
          <wp:effectExtent l="0" t="0" r="0" b="9525"/>
          <wp:docPr id="91174649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8800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4087B52"/>
    <w:multiLevelType w:val="multilevel"/>
    <w:tmpl w:val="99969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14005C"/>
    <w:multiLevelType w:val="hybridMultilevel"/>
    <w:tmpl w:val="DA7C69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552956">
    <w:abstractNumId w:val="8"/>
  </w:num>
  <w:num w:numId="2" w16cid:durableId="1012997747">
    <w:abstractNumId w:val="6"/>
  </w:num>
  <w:num w:numId="3" w16cid:durableId="1563367640">
    <w:abstractNumId w:val="5"/>
  </w:num>
  <w:num w:numId="4" w16cid:durableId="648244302">
    <w:abstractNumId w:val="4"/>
  </w:num>
  <w:num w:numId="5" w16cid:durableId="876937360">
    <w:abstractNumId w:val="7"/>
  </w:num>
  <w:num w:numId="6" w16cid:durableId="856771523">
    <w:abstractNumId w:val="3"/>
  </w:num>
  <w:num w:numId="7" w16cid:durableId="433326750">
    <w:abstractNumId w:val="2"/>
  </w:num>
  <w:num w:numId="8" w16cid:durableId="910847792">
    <w:abstractNumId w:val="1"/>
  </w:num>
  <w:num w:numId="9" w16cid:durableId="384330283">
    <w:abstractNumId w:val="0"/>
  </w:num>
  <w:num w:numId="10" w16cid:durableId="1172791477">
    <w:abstractNumId w:val="9"/>
  </w:num>
  <w:num w:numId="11" w16cid:durableId="10494988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867"/>
    <w:rsid w:val="00034616"/>
    <w:rsid w:val="0006063C"/>
    <w:rsid w:val="000F0244"/>
    <w:rsid w:val="0015074B"/>
    <w:rsid w:val="0029639D"/>
    <w:rsid w:val="00326F90"/>
    <w:rsid w:val="006F3781"/>
    <w:rsid w:val="006F3D9D"/>
    <w:rsid w:val="008620AE"/>
    <w:rsid w:val="009A044C"/>
    <w:rsid w:val="00A6079B"/>
    <w:rsid w:val="00AA1D8D"/>
    <w:rsid w:val="00B23C5A"/>
    <w:rsid w:val="00B427D7"/>
    <w:rsid w:val="00B47730"/>
    <w:rsid w:val="00CB0664"/>
    <w:rsid w:val="00CD1A2D"/>
    <w:rsid w:val="00E71A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A18591"/>
  <w14:defaultImageDpi w14:val="300"/>
  <w15:docId w15:val="{A7A1C82E-78EA-44FE-B05C-1800BF5F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A6079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607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07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07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7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7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Sona Jishu</cp:lastModifiedBy>
  <cp:revision>4</cp:revision>
  <dcterms:created xsi:type="dcterms:W3CDTF">2025-08-21T15:44:00Z</dcterms:created>
  <dcterms:modified xsi:type="dcterms:W3CDTF">2025-08-21T15:59:00Z</dcterms:modified>
  <cp:category/>
</cp:coreProperties>
</file>